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E6F70" w14:textId="77777777" w:rsidR="00224391" w:rsidRDefault="00224391">
      <w:pPr>
        <w:pStyle w:val="Title"/>
        <w:bidi/>
        <w:spacing w:after="200" w:line="264" w:lineRule="auto"/>
        <w:jc w:val="center"/>
        <w:rPr>
          <w:rFonts w:ascii="Arial" w:hAnsi="Arial" w:cs="Arial"/>
          <w:b/>
          <w:bCs/>
          <w:sz w:val="36"/>
          <w:szCs w:val="36"/>
          <w:rtl/>
        </w:rPr>
      </w:pPr>
    </w:p>
    <w:p w14:paraId="6A79F914" w14:textId="77777777" w:rsidR="00224391" w:rsidRDefault="00224391" w:rsidP="00224391">
      <w:pPr>
        <w:pStyle w:val="Title"/>
        <w:bidi/>
        <w:spacing w:after="200" w:line="264" w:lineRule="auto"/>
        <w:jc w:val="center"/>
        <w:rPr>
          <w:rFonts w:ascii="Arial" w:hAnsi="Arial" w:cs="Arial"/>
          <w:b/>
          <w:bCs/>
          <w:sz w:val="36"/>
          <w:szCs w:val="36"/>
          <w:rtl/>
        </w:rPr>
      </w:pPr>
    </w:p>
    <w:p w14:paraId="3260D802" w14:textId="64555705" w:rsidR="00A24963" w:rsidRPr="00224391" w:rsidRDefault="00C17B61" w:rsidP="00224391">
      <w:pPr>
        <w:keepNext/>
        <w:bidi/>
        <w:spacing w:before="120" w:after="140" w:line="264" w:lineRule="auto"/>
        <w:jc w:val="center"/>
        <w:rPr>
          <w:rFonts w:cs="Arial"/>
          <w:b/>
          <w:bCs/>
          <w:sz w:val="28"/>
          <w:szCs w:val="28"/>
        </w:rPr>
      </w:pPr>
      <w:r w:rsidRPr="00224391">
        <w:rPr>
          <w:rFonts w:cs="Arial"/>
          <w:b/>
          <w:bCs/>
          <w:sz w:val="28"/>
          <w:szCs w:val="28"/>
          <w:rtl/>
        </w:rPr>
        <w:t>نموذج طلب استشارة استثمارية</w:t>
      </w:r>
    </w:p>
    <w:p w14:paraId="484B9D24" w14:textId="75A75220" w:rsidR="00A24963" w:rsidRPr="009F7613" w:rsidRDefault="00C17B61" w:rsidP="009F7613">
      <w:pPr>
        <w:pStyle w:val="Footer"/>
        <w:bidi/>
        <w:rPr>
          <w:sz w:val="22"/>
        </w:rPr>
      </w:pPr>
      <w:r w:rsidRPr="00224391">
        <w:rPr>
          <w:rFonts w:cs="Arial"/>
          <w:sz w:val="24"/>
          <w:szCs w:val="24"/>
          <w:rtl/>
        </w:rPr>
        <w:t xml:space="preserve">يُستكمل النموذج إلكترونيًا أو بخط واضح، وتُحدد الاختيارات </w:t>
      </w:r>
      <w:r w:rsidR="000E5817" w:rsidRPr="00224391">
        <w:rPr>
          <w:rFonts w:cs="Arial" w:hint="cs"/>
          <w:sz w:val="24"/>
          <w:szCs w:val="24"/>
          <w:rtl/>
        </w:rPr>
        <w:t>المناسبة،</w:t>
      </w:r>
      <w:r w:rsidRPr="00224391">
        <w:rPr>
          <w:rFonts w:cs="Arial"/>
          <w:sz w:val="24"/>
          <w:szCs w:val="24"/>
          <w:rtl/>
        </w:rPr>
        <w:t xml:space="preserve"> وتُرفق المستندات المرتبطة بموضوع الطلب </w:t>
      </w:r>
      <w:r w:rsidR="009F7613">
        <w:rPr>
          <w:rFonts w:cs="Arial" w:hint="cs"/>
          <w:sz w:val="24"/>
          <w:szCs w:val="24"/>
          <w:rtl/>
        </w:rPr>
        <w:t xml:space="preserve">مع إعادة ارساله على الايميل </w:t>
      </w:r>
      <w:proofErr w:type="spellStart"/>
      <w:r w:rsidR="009F7613">
        <w:rPr>
          <w:rFonts w:cs="Arial" w:hint="cs"/>
          <w:sz w:val="24"/>
          <w:szCs w:val="24"/>
          <w:rtl/>
        </w:rPr>
        <w:t>التالى</w:t>
      </w:r>
      <w:proofErr w:type="spellEnd"/>
      <w:r w:rsidR="009F7613">
        <w:rPr>
          <w:rFonts w:cs="Arial" w:hint="cs"/>
          <w:sz w:val="24"/>
          <w:szCs w:val="24"/>
          <w:rtl/>
        </w:rPr>
        <w:t xml:space="preserve">  </w:t>
      </w:r>
      <w:hyperlink r:id="rId8" w:history="1">
        <w:r w:rsidR="009F7613" w:rsidRPr="00696654">
          <w:rPr>
            <w:rStyle w:val="Hyperlink"/>
            <w:sz w:val="22"/>
          </w:rPr>
          <w:t>Consulting@gafi.gov.eg</w:t>
        </w:r>
      </w:hyperlink>
      <w:r w:rsidR="009F7613">
        <w:rPr>
          <w:rFonts w:hint="cs"/>
          <w:sz w:val="22"/>
          <w:rtl/>
        </w:rPr>
        <w:t xml:space="preserve">        </w:t>
      </w:r>
    </w:p>
    <w:p w14:paraId="17D854CF" w14:textId="77777777" w:rsidR="00A24963" w:rsidRDefault="00C17B61">
      <w:pPr>
        <w:keepNext/>
        <w:bidi/>
        <w:spacing w:before="120" w:after="140" w:line="264" w:lineRule="auto"/>
      </w:pPr>
      <w:r>
        <w:rPr>
          <w:rFonts w:cs="Arial"/>
          <w:b/>
          <w:bCs/>
          <w:sz w:val="28"/>
          <w:szCs w:val="28"/>
          <w:rtl/>
        </w:rPr>
        <w:t>أولا بيانات مقدم الطلب</w:t>
      </w:r>
    </w:p>
    <w:p w14:paraId="613A3DCC" w14:textId="77777777" w:rsidR="00A24963" w:rsidRPr="00F418BA" w:rsidRDefault="00C17B61">
      <w:pPr>
        <w:bidi/>
        <w:spacing w:after="180"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الاسم بالكامل .....................................................................</w:t>
      </w:r>
    </w:p>
    <w:p w14:paraId="1261A895" w14:textId="7705FA9C" w:rsidR="00A24963" w:rsidRPr="00F418BA" w:rsidRDefault="00C17B61">
      <w:pPr>
        <w:bidi/>
        <w:spacing w:line="264" w:lineRule="auto"/>
        <w:rPr>
          <w:sz w:val="24"/>
          <w:szCs w:val="24"/>
        </w:rPr>
      </w:pPr>
      <w:proofErr w:type="gramStart"/>
      <w:r w:rsidRPr="00F418BA">
        <w:rPr>
          <w:rFonts w:cs="Arial"/>
          <w:sz w:val="24"/>
          <w:szCs w:val="24"/>
          <w:rtl/>
        </w:rPr>
        <w:t>الصفة:  ☐</w:t>
      </w:r>
      <w:proofErr w:type="gramEnd"/>
      <w:r w:rsidRPr="00F418BA">
        <w:rPr>
          <w:rFonts w:cs="Arial"/>
          <w:sz w:val="24"/>
          <w:szCs w:val="24"/>
          <w:rtl/>
        </w:rPr>
        <w:t xml:space="preserve"> صاحب مشروع </w:t>
      </w:r>
      <w:r w:rsidR="00224391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 ☐ ممثل شركة  </w:t>
      </w:r>
      <w:r w:rsidR="00224391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مفوض  </w:t>
      </w:r>
      <w:r w:rsidR="00224391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أخرى: ..........</w:t>
      </w:r>
      <w:r w:rsidR="00B63218" w:rsidRPr="00F418BA">
        <w:rPr>
          <w:rFonts w:cs="Arial"/>
          <w:sz w:val="24"/>
          <w:szCs w:val="24"/>
          <w:rtl/>
        </w:rPr>
        <w:t>.......................</w:t>
      </w:r>
    </w:p>
    <w:p w14:paraId="478D1E11" w14:textId="03594F97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الهاتف: .....................................     البريد الإلكتروني: ........................................</w:t>
      </w:r>
      <w:r w:rsidR="00B63218" w:rsidRPr="00F418BA">
        <w:rPr>
          <w:rFonts w:cs="Arial" w:hint="cs"/>
          <w:sz w:val="24"/>
          <w:szCs w:val="24"/>
          <w:rtl/>
        </w:rPr>
        <w:t>.....</w:t>
      </w:r>
    </w:p>
    <w:p w14:paraId="0BC74606" w14:textId="38ECCDE9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 xml:space="preserve">المحافظة: ..................................     </w:t>
      </w:r>
    </w:p>
    <w:p w14:paraId="76D61178" w14:textId="5C523359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 xml:space="preserve">وسيلة التواصل </w:t>
      </w:r>
      <w:proofErr w:type="gramStart"/>
      <w:r w:rsidRPr="00F418BA">
        <w:rPr>
          <w:rFonts w:cs="Arial"/>
          <w:sz w:val="24"/>
          <w:szCs w:val="24"/>
          <w:rtl/>
        </w:rPr>
        <w:t xml:space="preserve">المفضلة:  </w:t>
      </w:r>
      <w:r w:rsidR="009360CF">
        <w:rPr>
          <w:rFonts w:cs="Arial" w:hint="cs"/>
          <w:sz w:val="24"/>
          <w:szCs w:val="24"/>
          <w:rtl/>
        </w:rPr>
        <w:t xml:space="preserve"> </w:t>
      </w:r>
      <w:proofErr w:type="gramEnd"/>
      <w:r w:rsidRPr="00F418BA">
        <w:rPr>
          <w:rFonts w:cs="Arial"/>
          <w:sz w:val="24"/>
          <w:szCs w:val="24"/>
          <w:rtl/>
        </w:rPr>
        <w:t xml:space="preserve">☐ الهاتف   </w:t>
      </w:r>
      <w:r w:rsidR="009360CF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>☐ البريد الإلكتروني</w:t>
      </w:r>
    </w:p>
    <w:p w14:paraId="0D6918C4" w14:textId="77777777" w:rsidR="00A24963" w:rsidRDefault="00C17B61">
      <w:pPr>
        <w:keepNext/>
        <w:bidi/>
        <w:spacing w:before="120" w:after="140" w:line="264" w:lineRule="auto"/>
      </w:pPr>
      <w:r>
        <w:rPr>
          <w:rFonts w:cs="Arial"/>
          <w:b/>
          <w:bCs/>
          <w:sz w:val="28"/>
          <w:szCs w:val="28"/>
          <w:rtl/>
        </w:rPr>
        <w:t>ثانيا بيانات المشروع أو الشركة</w:t>
      </w:r>
    </w:p>
    <w:p w14:paraId="13E7C789" w14:textId="77777777" w:rsidR="00A24963" w:rsidRPr="00F418BA" w:rsidRDefault="00C17B61">
      <w:pPr>
        <w:bidi/>
        <w:spacing w:after="180"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اسم المشروع أو الشركة إن وجد .......................................</w:t>
      </w:r>
    </w:p>
    <w:p w14:paraId="3DDE8C51" w14:textId="534B0EEB" w:rsidR="00A24963" w:rsidRPr="00F418BA" w:rsidRDefault="00C17B61" w:rsidP="009F7613">
      <w:pPr>
        <w:tabs>
          <w:tab w:val="left" w:pos="6150"/>
        </w:tabs>
        <w:bidi/>
        <w:spacing w:after="180"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النشاط الرئيسي أو فكرة المشروع ...................................</w:t>
      </w:r>
      <w:r w:rsidR="00B63218" w:rsidRPr="00F418BA">
        <w:rPr>
          <w:rFonts w:cs="Arial" w:hint="cs"/>
          <w:sz w:val="24"/>
          <w:szCs w:val="24"/>
          <w:rtl/>
        </w:rPr>
        <w:t>...</w:t>
      </w:r>
      <w:r w:rsidR="009F7613">
        <w:rPr>
          <w:rFonts w:cs="Arial"/>
          <w:sz w:val="24"/>
          <w:szCs w:val="24"/>
          <w:rtl/>
        </w:rPr>
        <w:tab/>
      </w:r>
    </w:p>
    <w:p w14:paraId="1DB9C616" w14:textId="6580BEBA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 xml:space="preserve">مرحلة </w:t>
      </w:r>
      <w:proofErr w:type="gramStart"/>
      <w:r w:rsidRPr="00F418BA">
        <w:rPr>
          <w:rFonts w:cs="Arial"/>
          <w:sz w:val="24"/>
          <w:szCs w:val="24"/>
          <w:rtl/>
        </w:rPr>
        <w:t>المشروع:  ☐</w:t>
      </w:r>
      <w:proofErr w:type="gramEnd"/>
      <w:r w:rsidRPr="00F418BA">
        <w:rPr>
          <w:rFonts w:cs="Arial"/>
          <w:sz w:val="24"/>
          <w:szCs w:val="24"/>
          <w:rtl/>
        </w:rPr>
        <w:t xml:space="preserve"> فكرة </w:t>
      </w:r>
      <w:r w:rsidR="00224391" w:rsidRPr="00F418BA">
        <w:rPr>
          <w:rFonts w:cs="Arial" w:hint="cs"/>
          <w:sz w:val="24"/>
          <w:szCs w:val="24"/>
          <w:rtl/>
        </w:rPr>
        <w:t xml:space="preserve">  </w:t>
      </w:r>
      <w:r w:rsidRPr="00F418BA">
        <w:rPr>
          <w:rFonts w:cs="Arial"/>
          <w:sz w:val="24"/>
          <w:szCs w:val="24"/>
          <w:rtl/>
        </w:rPr>
        <w:t xml:space="preserve">  ☐ قيد التأسيس  </w:t>
      </w:r>
      <w:r w:rsidR="00224391" w:rsidRPr="00F418BA">
        <w:rPr>
          <w:rFonts w:cs="Arial" w:hint="cs"/>
          <w:sz w:val="24"/>
          <w:szCs w:val="24"/>
          <w:rtl/>
        </w:rPr>
        <w:t xml:space="preserve">  </w:t>
      </w:r>
      <w:r w:rsidRPr="00F418BA">
        <w:rPr>
          <w:rFonts w:cs="Arial"/>
          <w:sz w:val="24"/>
          <w:szCs w:val="24"/>
          <w:rtl/>
        </w:rPr>
        <w:t xml:space="preserve"> ☐ قائم  </w:t>
      </w:r>
      <w:r w:rsidR="00224391" w:rsidRPr="00F418BA">
        <w:rPr>
          <w:rFonts w:cs="Arial" w:hint="cs"/>
          <w:sz w:val="24"/>
          <w:szCs w:val="24"/>
          <w:rtl/>
        </w:rPr>
        <w:t xml:space="preserve">  </w:t>
      </w:r>
      <w:r w:rsidRPr="00F418BA">
        <w:rPr>
          <w:rFonts w:cs="Arial"/>
          <w:sz w:val="24"/>
          <w:szCs w:val="24"/>
          <w:rtl/>
        </w:rPr>
        <w:t xml:space="preserve"> ☐ توسع أو تعديل  </w:t>
      </w:r>
      <w:r w:rsidR="00224391" w:rsidRPr="00F418BA">
        <w:rPr>
          <w:rFonts w:cs="Arial" w:hint="cs"/>
          <w:sz w:val="24"/>
          <w:szCs w:val="24"/>
          <w:rtl/>
        </w:rPr>
        <w:t xml:space="preserve">  </w:t>
      </w:r>
      <w:r w:rsidRPr="00F418BA">
        <w:rPr>
          <w:rFonts w:cs="Arial"/>
          <w:sz w:val="24"/>
          <w:szCs w:val="24"/>
          <w:rtl/>
        </w:rPr>
        <w:t xml:space="preserve"> ☐ تعثر</w:t>
      </w:r>
    </w:p>
    <w:p w14:paraId="7AF0F87B" w14:textId="067C2D39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موقع المشروع أو الموقع المقترح: ..............................................................................</w:t>
      </w:r>
      <w:r w:rsidR="00B63218" w:rsidRPr="00F418BA">
        <w:rPr>
          <w:rFonts w:cs="Arial" w:hint="cs"/>
          <w:sz w:val="24"/>
          <w:szCs w:val="24"/>
          <w:rtl/>
        </w:rPr>
        <w:t>.</w:t>
      </w:r>
    </w:p>
    <w:p w14:paraId="09797342" w14:textId="1115A589" w:rsidR="00A24963" w:rsidRDefault="00C17B61">
      <w:pPr>
        <w:bidi/>
        <w:spacing w:line="264" w:lineRule="auto"/>
      </w:pPr>
      <w:r w:rsidRPr="00F418BA">
        <w:rPr>
          <w:rFonts w:cs="Arial"/>
          <w:sz w:val="24"/>
          <w:szCs w:val="24"/>
          <w:rtl/>
        </w:rPr>
        <w:t>الشكل القانوني إن وجد: .............................   رقم السجل التجاري إن وجد: .......................</w:t>
      </w:r>
      <w:r w:rsidR="00B63218" w:rsidRPr="00F418BA">
        <w:rPr>
          <w:rFonts w:cs="Arial" w:hint="cs"/>
          <w:sz w:val="24"/>
          <w:szCs w:val="24"/>
          <w:rtl/>
        </w:rPr>
        <w:t>..</w:t>
      </w:r>
    </w:p>
    <w:p w14:paraId="13476619" w14:textId="77777777" w:rsidR="00A24963" w:rsidRDefault="00C17B61">
      <w:pPr>
        <w:keepNext/>
        <w:bidi/>
        <w:spacing w:before="120" w:after="140" w:line="264" w:lineRule="auto"/>
      </w:pPr>
      <w:r>
        <w:rPr>
          <w:rFonts w:cs="Arial"/>
          <w:b/>
          <w:bCs/>
          <w:sz w:val="28"/>
          <w:szCs w:val="28"/>
          <w:rtl/>
        </w:rPr>
        <w:t>ثالثا موضوع الاستشارة</w:t>
      </w:r>
    </w:p>
    <w:p w14:paraId="35248C9F" w14:textId="77777777" w:rsidR="00A24963" w:rsidRPr="00F418BA" w:rsidRDefault="00C17B61">
      <w:pPr>
        <w:bidi/>
        <w:spacing w:after="100"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يمكن اختيار أكثر من مجال</w:t>
      </w:r>
    </w:p>
    <w:p w14:paraId="56338ACC" w14:textId="6E94A88A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 xml:space="preserve">☐ فكرة المشروع  </w:t>
      </w:r>
      <w:r w:rsidR="00B63218" w:rsidRPr="00F418BA">
        <w:rPr>
          <w:rFonts w:cs="Arial" w:hint="cs"/>
          <w:sz w:val="24"/>
          <w:szCs w:val="24"/>
          <w:rtl/>
        </w:rPr>
        <w:t xml:space="preserve">     </w:t>
      </w:r>
      <w:r w:rsidR="00224391" w:rsidRPr="00F418BA">
        <w:rPr>
          <w:rFonts w:cs="Arial" w:hint="cs"/>
          <w:sz w:val="24"/>
          <w:szCs w:val="24"/>
          <w:rtl/>
        </w:rPr>
        <w:t xml:space="preserve"> </w:t>
      </w:r>
      <w:r w:rsidR="00B63218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الشكل القانوني  </w:t>
      </w:r>
      <w:r w:rsidR="00B63218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تأسيس الشركات  </w:t>
      </w:r>
      <w:r w:rsidR="009360CF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التراخيص والموافقات</w:t>
      </w:r>
    </w:p>
    <w:p w14:paraId="1260A88D" w14:textId="55E65C83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 xml:space="preserve">☐ الحوافز والضمانات  </w:t>
      </w:r>
      <w:r w:rsidR="00224391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الرخصة الذهبية </w:t>
      </w:r>
      <w:r w:rsidR="009360CF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المناطق الحرة  </w:t>
      </w:r>
      <w:r w:rsidR="00B63218" w:rsidRPr="00F418BA">
        <w:rPr>
          <w:rFonts w:cs="Arial" w:hint="cs"/>
          <w:sz w:val="24"/>
          <w:szCs w:val="24"/>
          <w:rtl/>
        </w:rPr>
        <w:t xml:space="preserve">   </w:t>
      </w:r>
      <w:r w:rsidRPr="00F418BA">
        <w:rPr>
          <w:rFonts w:cs="Arial"/>
          <w:sz w:val="24"/>
          <w:szCs w:val="24"/>
          <w:rtl/>
        </w:rPr>
        <w:t xml:space="preserve"> ☐ المناطق الاستثمارية</w:t>
      </w:r>
    </w:p>
    <w:p w14:paraId="212EE70A" w14:textId="0177DE38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 xml:space="preserve">☐ ما بعد التأسيس </w:t>
      </w:r>
      <w:r w:rsidR="00B63218" w:rsidRPr="00F418BA">
        <w:rPr>
          <w:rFonts w:cs="Arial" w:hint="cs"/>
          <w:sz w:val="24"/>
          <w:szCs w:val="24"/>
          <w:rtl/>
        </w:rPr>
        <w:t xml:space="preserve">    </w:t>
      </w:r>
      <w:r w:rsidR="00224391" w:rsidRPr="00F418BA">
        <w:rPr>
          <w:rFonts w:cs="Arial" w:hint="cs"/>
          <w:sz w:val="24"/>
          <w:szCs w:val="24"/>
          <w:rtl/>
        </w:rPr>
        <w:t xml:space="preserve"> </w:t>
      </w:r>
      <w:r w:rsidR="00B63218" w:rsidRPr="00F418BA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 ☐ التوسع والتعديل  </w:t>
      </w:r>
      <w:r w:rsidR="009360CF">
        <w:rPr>
          <w:rFonts w:cs="Arial" w:hint="cs"/>
          <w:sz w:val="24"/>
          <w:szCs w:val="24"/>
          <w:rtl/>
        </w:rPr>
        <w:t xml:space="preserve"> </w:t>
      </w:r>
      <w:r w:rsidRPr="00F418BA">
        <w:rPr>
          <w:rFonts w:cs="Arial"/>
          <w:sz w:val="24"/>
          <w:szCs w:val="24"/>
          <w:rtl/>
        </w:rPr>
        <w:t xml:space="preserve"> ☐ دراسات الجدوى وخطط الأعمال</w:t>
      </w:r>
    </w:p>
    <w:p w14:paraId="1F623EDB" w14:textId="493E72DB" w:rsidR="00A24963" w:rsidRPr="00F418BA" w:rsidRDefault="00C17B61">
      <w:pPr>
        <w:bidi/>
        <w:spacing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☐ أخرى، تُحدد: .....................................................................................</w:t>
      </w:r>
      <w:r w:rsidR="0019243F">
        <w:rPr>
          <w:rFonts w:cs="Arial" w:hint="cs"/>
          <w:sz w:val="24"/>
          <w:szCs w:val="24"/>
          <w:rtl/>
        </w:rPr>
        <w:t>...................</w:t>
      </w:r>
      <w:r w:rsidRPr="00F418BA">
        <w:rPr>
          <w:rFonts w:cs="Arial"/>
          <w:sz w:val="24"/>
          <w:szCs w:val="24"/>
          <w:rtl/>
        </w:rPr>
        <w:t>...........</w:t>
      </w:r>
    </w:p>
    <w:p w14:paraId="36BD6DEE" w14:textId="230E8C1D" w:rsidR="00224391" w:rsidRPr="00F418BA" w:rsidRDefault="00C17B61" w:rsidP="00F418BA">
      <w:pPr>
        <w:bidi/>
        <w:spacing w:line="264" w:lineRule="auto"/>
        <w:rPr>
          <w:sz w:val="24"/>
          <w:szCs w:val="24"/>
          <w:rtl/>
        </w:rPr>
      </w:pPr>
      <w:r w:rsidRPr="00F418BA">
        <w:rPr>
          <w:rFonts w:cs="Arial"/>
          <w:sz w:val="24"/>
          <w:szCs w:val="24"/>
          <w:rtl/>
        </w:rPr>
        <w:t>تُحدد إمكانية تقديم الخدمة التخصصية بعد فحص الطلب والتنسيق مع الجهات المعنية.</w:t>
      </w:r>
    </w:p>
    <w:p w14:paraId="2B2F9F14" w14:textId="3B3D38EB" w:rsidR="00A24963" w:rsidRPr="00F418BA" w:rsidRDefault="00C17B61" w:rsidP="00224391">
      <w:pPr>
        <w:bidi/>
        <w:spacing w:after="180" w:line="264" w:lineRule="auto"/>
        <w:rPr>
          <w:sz w:val="24"/>
          <w:szCs w:val="24"/>
        </w:rPr>
      </w:pPr>
      <w:r w:rsidRPr="00F418BA">
        <w:rPr>
          <w:rFonts w:cs="Arial"/>
          <w:sz w:val="24"/>
          <w:szCs w:val="24"/>
          <w:rtl/>
        </w:rPr>
        <w:t>عنوان مختصر للاستشارة .....................................................</w:t>
      </w:r>
    </w:p>
    <w:p w14:paraId="5CF69AC1" w14:textId="2ED1C8A6" w:rsidR="00A24963" w:rsidRDefault="00B63218">
      <w:pPr>
        <w:bidi/>
        <w:spacing w:line="264" w:lineRule="auto"/>
      </w:pPr>
      <w:r>
        <w:rPr>
          <w:rFonts w:cs="Arial" w:hint="cs"/>
          <w:b/>
          <w:bCs/>
          <w:szCs w:val="26"/>
          <w:rtl/>
        </w:rPr>
        <w:t>طلب</w:t>
      </w:r>
      <w:r>
        <w:rPr>
          <w:rFonts w:cs="Arial"/>
          <w:b/>
          <w:bCs/>
          <w:szCs w:val="26"/>
          <w:rtl/>
        </w:rPr>
        <w:t xml:space="preserve"> </w:t>
      </w:r>
      <w:proofErr w:type="gramStart"/>
      <w:r>
        <w:rPr>
          <w:rFonts w:cs="Arial" w:hint="cs"/>
          <w:b/>
          <w:bCs/>
          <w:szCs w:val="26"/>
          <w:rtl/>
        </w:rPr>
        <w:t>ال</w:t>
      </w:r>
      <w:r>
        <w:rPr>
          <w:rFonts w:cs="Arial"/>
          <w:b/>
          <w:bCs/>
          <w:szCs w:val="26"/>
          <w:rtl/>
        </w:rPr>
        <w:t xml:space="preserve">استشارة </w:t>
      </w:r>
      <w:r>
        <w:rPr>
          <w:rFonts w:cs="Arial" w:hint="cs"/>
          <w:b/>
          <w:bCs/>
          <w:szCs w:val="26"/>
          <w:rtl/>
        </w:rPr>
        <w:t>:</w:t>
      </w:r>
      <w:proofErr w:type="gramEnd"/>
    </w:p>
    <w:p w14:paraId="7B9BCBCE" w14:textId="0FF86378" w:rsidR="00A24963" w:rsidRDefault="00C17B61">
      <w:pPr>
        <w:bidi/>
        <w:spacing w:after="180" w:line="264" w:lineRule="auto"/>
      </w:pPr>
      <w:r>
        <w:rPr>
          <w:rFonts w:cs="Arial"/>
          <w:szCs w:val="26"/>
          <w:rtl/>
        </w:rPr>
        <w:t xml:space="preserve"> ...............................................................................................</w:t>
      </w:r>
      <w:r w:rsidR="00B63218">
        <w:rPr>
          <w:rFonts w:cs="Arial" w:hint="cs"/>
          <w:szCs w:val="26"/>
          <w:rtl/>
        </w:rPr>
        <w:t>..</w:t>
      </w:r>
      <w:r w:rsidR="00B63218">
        <w:rPr>
          <w:rFonts w:cs="Arial"/>
          <w:szCs w:val="26"/>
          <w:rtl/>
        </w:rPr>
        <w:t>..............................</w:t>
      </w:r>
    </w:p>
    <w:p w14:paraId="22E69B0B" w14:textId="77777777" w:rsidR="00A24963" w:rsidRDefault="00C17B61">
      <w:pPr>
        <w:bidi/>
        <w:spacing w:after="180" w:line="264" w:lineRule="auto"/>
        <w:rPr>
          <w:rFonts w:cs="Arial"/>
          <w:szCs w:val="26"/>
          <w:rtl/>
        </w:rPr>
      </w:pPr>
      <w:r>
        <w:rPr>
          <w:rFonts w:cs="Arial"/>
          <w:szCs w:val="26"/>
          <w:rtl/>
        </w:rPr>
        <w:t xml:space="preserve"> ...............................................................................................</w:t>
      </w:r>
      <w:r w:rsidR="00B63218">
        <w:rPr>
          <w:rFonts w:cs="Arial"/>
          <w:szCs w:val="26"/>
          <w:rtl/>
        </w:rPr>
        <w:t>..............................</w:t>
      </w:r>
      <w:r w:rsidR="00B63218">
        <w:rPr>
          <w:rFonts w:cs="Arial" w:hint="cs"/>
          <w:szCs w:val="26"/>
          <w:rtl/>
        </w:rPr>
        <w:t>..</w:t>
      </w:r>
    </w:p>
    <w:p w14:paraId="65B9305B" w14:textId="7BC92953" w:rsidR="00224391" w:rsidRDefault="00224391" w:rsidP="00224391">
      <w:pPr>
        <w:bidi/>
        <w:spacing w:after="180" w:line="264" w:lineRule="auto"/>
      </w:pPr>
      <w:r>
        <w:rPr>
          <w:rFonts w:cs="Arial"/>
          <w:szCs w:val="26"/>
          <w:rtl/>
        </w:rPr>
        <w:t>................................................................................................</w:t>
      </w:r>
      <w:r w:rsidR="0019243F">
        <w:rPr>
          <w:rFonts w:cs="Arial" w:hint="cs"/>
          <w:szCs w:val="26"/>
          <w:rtl/>
        </w:rPr>
        <w:t>.</w:t>
      </w:r>
      <w:r>
        <w:rPr>
          <w:rFonts w:cs="Arial"/>
          <w:szCs w:val="26"/>
          <w:rtl/>
        </w:rPr>
        <w:t>.............................</w:t>
      </w:r>
      <w:r>
        <w:rPr>
          <w:rFonts w:cs="Arial" w:hint="cs"/>
          <w:szCs w:val="26"/>
          <w:rtl/>
        </w:rPr>
        <w:t>..</w:t>
      </w:r>
    </w:p>
    <w:p w14:paraId="03D6BC8E" w14:textId="35150893" w:rsidR="00A24963" w:rsidRDefault="00A24963">
      <w:pPr>
        <w:keepNext/>
        <w:pageBreakBefore/>
        <w:bidi/>
        <w:spacing w:before="120" w:after="140" w:line="264" w:lineRule="auto"/>
      </w:pPr>
    </w:p>
    <w:p w14:paraId="2BFD0773" w14:textId="77777777" w:rsidR="0019243F" w:rsidRDefault="0019243F" w:rsidP="0019243F">
      <w:pPr>
        <w:bidi/>
        <w:spacing w:line="264" w:lineRule="auto"/>
        <w:rPr>
          <w:rFonts w:cs="Arial"/>
          <w:b/>
          <w:bCs/>
          <w:szCs w:val="26"/>
          <w:rtl/>
        </w:rPr>
      </w:pPr>
    </w:p>
    <w:p w14:paraId="0FF21010" w14:textId="7A1A8B46" w:rsidR="0019243F" w:rsidRDefault="0019243F" w:rsidP="0019243F">
      <w:pPr>
        <w:bidi/>
        <w:spacing w:line="264" w:lineRule="auto"/>
        <w:rPr>
          <w:rFonts w:cs="Arial"/>
          <w:b/>
          <w:bCs/>
          <w:szCs w:val="26"/>
          <w:rtl/>
        </w:rPr>
      </w:pPr>
      <w:proofErr w:type="gramStart"/>
      <w:r>
        <w:rPr>
          <w:rFonts w:cs="Arial" w:hint="cs"/>
          <w:b/>
          <w:bCs/>
          <w:szCs w:val="26"/>
          <w:rtl/>
        </w:rPr>
        <w:t>رابعا :</w:t>
      </w:r>
      <w:proofErr w:type="gramEnd"/>
      <w:r>
        <w:rPr>
          <w:rFonts w:cs="Arial" w:hint="cs"/>
          <w:b/>
          <w:bCs/>
          <w:szCs w:val="26"/>
          <w:rtl/>
        </w:rPr>
        <w:t xml:space="preserve"> تفاصيل الحالة والمرفقات </w:t>
      </w:r>
    </w:p>
    <w:p w14:paraId="064363E8" w14:textId="625C749A" w:rsidR="0019243F" w:rsidRDefault="0019243F" w:rsidP="0019243F">
      <w:pPr>
        <w:bidi/>
        <w:spacing w:line="264" w:lineRule="auto"/>
        <w:rPr>
          <w:rFonts w:cs="Arial"/>
          <w:b/>
          <w:bCs/>
          <w:szCs w:val="26"/>
          <w:rtl/>
        </w:rPr>
      </w:pPr>
      <w:r>
        <w:rPr>
          <w:rFonts w:cs="Arial"/>
          <w:b/>
          <w:bCs/>
          <w:szCs w:val="26"/>
          <w:rtl/>
        </w:rPr>
        <w:t xml:space="preserve">ملخص الحالة والإجراءات التي اتخذت حتى الآن </w:t>
      </w:r>
    </w:p>
    <w:p w14:paraId="600C58F8" w14:textId="25138D83" w:rsidR="00A24963" w:rsidRDefault="00C17B61" w:rsidP="0019243F">
      <w:pPr>
        <w:bidi/>
        <w:spacing w:line="264" w:lineRule="auto"/>
      </w:pPr>
      <w:r>
        <w:rPr>
          <w:rFonts w:cs="Arial"/>
          <w:b/>
          <w:bCs/>
          <w:szCs w:val="26"/>
          <w:rtl/>
        </w:rPr>
        <w:t>والجهات التي تم التواصل معها</w:t>
      </w:r>
    </w:p>
    <w:p w14:paraId="54BE0393" w14:textId="26410622" w:rsidR="00A24963" w:rsidRDefault="00C17B61">
      <w:pPr>
        <w:bidi/>
        <w:spacing w:after="180" w:line="264" w:lineRule="auto"/>
      </w:pPr>
      <w:r>
        <w:rPr>
          <w:rFonts w:cs="Arial"/>
          <w:szCs w:val="26"/>
          <w:rtl/>
        </w:rPr>
        <w:t xml:space="preserve"> ............................................................................................</w:t>
      </w:r>
      <w:r w:rsidR="0019243F">
        <w:rPr>
          <w:rFonts w:cs="Arial" w:hint="cs"/>
          <w:szCs w:val="26"/>
          <w:rtl/>
        </w:rPr>
        <w:t>.........................</w:t>
      </w:r>
      <w:r>
        <w:rPr>
          <w:rFonts w:cs="Arial"/>
          <w:szCs w:val="26"/>
          <w:rtl/>
        </w:rPr>
        <w:t>...</w:t>
      </w:r>
    </w:p>
    <w:p w14:paraId="189C044F" w14:textId="529B66C8" w:rsidR="00A24963" w:rsidRDefault="00C17B61">
      <w:pPr>
        <w:bidi/>
        <w:spacing w:after="180" w:line="264" w:lineRule="auto"/>
      </w:pPr>
      <w:r>
        <w:rPr>
          <w:rFonts w:cs="Arial"/>
          <w:szCs w:val="26"/>
          <w:rtl/>
        </w:rPr>
        <w:t xml:space="preserve"> ..............................................................................................</w:t>
      </w:r>
      <w:r w:rsidR="0019243F">
        <w:rPr>
          <w:rFonts w:cs="Arial" w:hint="cs"/>
          <w:szCs w:val="26"/>
          <w:rtl/>
        </w:rPr>
        <w:t>.........................</w:t>
      </w:r>
      <w:r>
        <w:rPr>
          <w:rFonts w:cs="Arial"/>
          <w:szCs w:val="26"/>
          <w:rtl/>
        </w:rPr>
        <w:t>.</w:t>
      </w:r>
    </w:p>
    <w:p w14:paraId="345DFF60" w14:textId="0197FFB6" w:rsidR="00A24963" w:rsidRDefault="00C17B61">
      <w:pPr>
        <w:bidi/>
        <w:spacing w:after="180" w:line="264" w:lineRule="auto"/>
      </w:pPr>
      <w:r>
        <w:rPr>
          <w:rFonts w:cs="Arial"/>
          <w:szCs w:val="26"/>
          <w:rtl/>
        </w:rPr>
        <w:t xml:space="preserve"> ........................................................................................</w:t>
      </w:r>
      <w:r w:rsidR="0019243F">
        <w:rPr>
          <w:rFonts w:cs="Arial" w:hint="cs"/>
          <w:szCs w:val="26"/>
          <w:rtl/>
        </w:rPr>
        <w:t>.........................</w:t>
      </w:r>
      <w:r>
        <w:rPr>
          <w:rFonts w:cs="Arial"/>
          <w:szCs w:val="26"/>
          <w:rtl/>
        </w:rPr>
        <w:t>.......</w:t>
      </w:r>
    </w:p>
    <w:p w14:paraId="151AD3F4" w14:textId="3EF9A608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 xml:space="preserve">هل سبق </w:t>
      </w:r>
      <w:r w:rsidR="000E5817">
        <w:rPr>
          <w:rFonts w:cs="Arial" w:hint="cs"/>
          <w:szCs w:val="26"/>
          <w:rtl/>
          <w:lang w:bidi="ar-EG"/>
        </w:rPr>
        <w:t>ال</w:t>
      </w:r>
      <w:r>
        <w:rPr>
          <w:rFonts w:cs="Arial"/>
          <w:szCs w:val="26"/>
          <w:rtl/>
        </w:rPr>
        <w:t>تقدم للهيئة</w:t>
      </w:r>
      <w:r w:rsidR="000E5817" w:rsidRPr="000E5817">
        <w:rPr>
          <w:rFonts w:cs="Arial"/>
          <w:szCs w:val="26"/>
          <w:rtl/>
        </w:rPr>
        <w:t xml:space="preserve"> </w:t>
      </w:r>
      <w:r w:rsidR="000E5817">
        <w:rPr>
          <w:rFonts w:cs="Arial" w:hint="cs"/>
          <w:szCs w:val="26"/>
          <w:rtl/>
        </w:rPr>
        <w:t>ب</w:t>
      </w:r>
      <w:r w:rsidR="000E5817">
        <w:rPr>
          <w:rFonts w:cs="Arial"/>
          <w:szCs w:val="26"/>
          <w:rtl/>
        </w:rPr>
        <w:t xml:space="preserve">طلب بشأن </w:t>
      </w:r>
      <w:r w:rsidR="009F7613">
        <w:rPr>
          <w:rFonts w:cs="Arial" w:hint="cs"/>
          <w:szCs w:val="26"/>
          <w:rtl/>
        </w:rPr>
        <w:t>الموضوع؟</w:t>
      </w:r>
      <w:r>
        <w:rPr>
          <w:rFonts w:cs="Arial"/>
          <w:szCs w:val="26"/>
          <w:rtl/>
        </w:rPr>
        <w:t xml:space="preserve">  ☐ لا   ☐ نعم</w:t>
      </w:r>
    </w:p>
    <w:p w14:paraId="4141F575" w14:textId="20E5BD22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إذا كانت الإجابة نعم: رقم الطلب: ....................   الجهة: ....................   التاريخ: ...............</w:t>
      </w:r>
      <w:r w:rsidR="0019243F">
        <w:rPr>
          <w:rFonts w:cs="Arial" w:hint="cs"/>
          <w:szCs w:val="26"/>
          <w:rtl/>
        </w:rPr>
        <w:t>..</w:t>
      </w:r>
      <w:r>
        <w:rPr>
          <w:rFonts w:cs="Arial"/>
          <w:szCs w:val="26"/>
          <w:rtl/>
        </w:rPr>
        <w:t>.</w:t>
      </w:r>
    </w:p>
    <w:p w14:paraId="2390B8DE" w14:textId="77777777" w:rsidR="00A24963" w:rsidRDefault="00C17B61">
      <w:pPr>
        <w:keepNext/>
        <w:bidi/>
        <w:spacing w:before="120" w:after="140" w:line="264" w:lineRule="auto"/>
      </w:pPr>
      <w:r>
        <w:rPr>
          <w:rFonts w:cs="Arial"/>
          <w:b/>
          <w:bCs/>
          <w:sz w:val="28"/>
          <w:szCs w:val="28"/>
          <w:rtl/>
        </w:rPr>
        <w:t>خامسا طريقة الحصول على الاستشارة</w:t>
      </w:r>
    </w:p>
    <w:p w14:paraId="0210F37F" w14:textId="77777777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 xml:space="preserve">الطريقة </w:t>
      </w:r>
      <w:proofErr w:type="gramStart"/>
      <w:r>
        <w:rPr>
          <w:rFonts w:cs="Arial"/>
          <w:szCs w:val="26"/>
          <w:rtl/>
        </w:rPr>
        <w:t>المفضلة:  ☐</w:t>
      </w:r>
      <w:proofErr w:type="gramEnd"/>
      <w:r>
        <w:rPr>
          <w:rFonts w:cs="Arial"/>
          <w:szCs w:val="26"/>
          <w:rtl/>
        </w:rPr>
        <w:t xml:space="preserve"> رد مكتوب   ☐ مقابلة فردية   ☐ جلسة استشارية   ☐ لقاء عن بُعد</w:t>
      </w:r>
    </w:p>
    <w:p w14:paraId="5F59F041" w14:textId="77777777" w:rsidR="00A24963" w:rsidRDefault="00C17B61">
      <w:pPr>
        <w:bidi/>
        <w:spacing w:line="264" w:lineRule="auto"/>
      </w:pPr>
      <w:r>
        <w:rPr>
          <w:rFonts w:cs="Arial"/>
          <w:sz w:val="22"/>
          <w:rtl/>
        </w:rPr>
        <w:t>تُحدد الطريقة والموعد بعد دراسة الطلب والتنسيق مع مقدم الطلب والخبراء المختصين.</w:t>
      </w:r>
    </w:p>
    <w:p w14:paraId="1862D266" w14:textId="05845BD9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 xml:space="preserve">كيف تعرفت على الخدمة؟  ☐ قنوات الهيئة </w:t>
      </w:r>
      <w:r w:rsidR="00B63218">
        <w:rPr>
          <w:rFonts w:cs="Arial" w:hint="cs"/>
          <w:szCs w:val="26"/>
          <w:rtl/>
        </w:rPr>
        <w:t xml:space="preserve"> </w:t>
      </w:r>
      <w:r>
        <w:rPr>
          <w:rFonts w:cs="Arial"/>
          <w:szCs w:val="26"/>
          <w:rtl/>
        </w:rPr>
        <w:t xml:space="preserve">  ☐ جهة شريكة</w:t>
      </w:r>
      <w:r w:rsidR="00B63218">
        <w:rPr>
          <w:rFonts w:cs="Arial" w:hint="cs"/>
          <w:szCs w:val="26"/>
          <w:rtl/>
        </w:rPr>
        <w:t xml:space="preserve">      </w:t>
      </w:r>
      <w:r w:rsidR="00B63218">
        <w:rPr>
          <w:rFonts w:ascii="Segoe UI Symbol" w:hAnsi="Segoe UI Symbol" w:cs="Segoe UI Symbol" w:hint="cs"/>
          <w:szCs w:val="26"/>
          <w:rtl/>
        </w:rPr>
        <w:t>☐</w:t>
      </w:r>
      <w:r w:rsidR="00B63218">
        <w:rPr>
          <w:rFonts w:cs="Arial"/>
          <w:szCs w:val="26"/>
          <w:rtl/>
        </w:rPr>
        <w:t xml:space="preserve"> </w:t>
      </w:r>
      <w:r w:rsidR="00B63218">
        <w:rPr>
          <w:rFonts w:cs="Arial" w:hint="cs"/>
          <w:szCs w:val="26"/>
          <w:rtl/>
        </w:rPr>
        <w:t>جلسة</w:t>
      </w:r>
      <w:r w:rsidR="00B63218">
        <w:rPr>
          <w:rFonts w:cs="Arial"/>
          <w:szCs w:val="26"/>
          <w:rtl/>
        </w:rPr>
        <w:t xml:space="preserve"> </w:t>
      </w:r>
      <w:r w:rsidR="00B63218">
        <w:rPr>
          <w:rFonts w:cs="Arial" w:hint="cs"/>
          <w:szCs w:val="26"/>
          <w:rtl/>
        </w:rPr>
        <w:t>أو</w:t>
      </w:r>
      <w:r w:rsidR="00B63218">
        <w:rPr>
          <w:rFonts w:cs="Arial"/>
          <w:szCs w:val="26"/>
          <w:rtl/>
        </w:rPr>
        <w:t xml:space="preserve"> </w:t>
      </w:r>
      <w:r w:rsidR="00B63218">
        <w:rPr>
          <w:rFonts w:cs="Arial" w:hint="cs"/>
          <w:szCs w:val="26"/>
          <w:rtl/>
        </w:rPr>
        <w:t>فعالية</w:t>
      </w:r>
      <w:r w:rsidR="00B63218">
        <w:rPr>
          <w:rFonts w:cs="Arial"/>
          <w:szCs w:val="26"/>
          <w:rtl/>
        </w:rPr>
        <w:t xml:space="preserve">   </w:t>
      </w:r>
    </w:p>
    <w:p w14:paraId="222E42F0" w14:textId="32031C8A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☐ أخرى: ....................................................................</w:t>
      </w:r>
      <w:r w:rsidR="00BF7A7E">
        <w:rPr>
          <w:rFonts w:cs="Arial" w:hint="cs"/>
          <w:szCs w:val="26"/>
          <w:rtl/>
        </w:rPr>
        <w:t>.....................</w:t>
      </w:r>
      <w:r w:rsidR="0019243F">
        <w:rPr>
          <w:rFonts w:cs="Arial" w:hint="cs"/>
          <w:szCs w:val="26"/>
          <w:rtl/>
        </w:rPr>
        <w:t>....</w:t>
      </w:r>
      <w:r w:rsidR="00BF7A7E">
        <w:rPr>
          <w:rFonts w:cs="Arial" w:hint="cs"/>
          <w:szCs w:val="26"/>
          <w:rtl/>
        </w:rPr>
        <w:t>............</w:t>
      </w:r>
    </w:p>
    <w:p w14:paraId="63CAA749" w14:textId="77777777" w:rsidR="00A24963" w:rsidRDefault="00C17B61">
      <w:pPr>
        <w:keepNext/>
        <w:bidi/>
        <w:spacing w:before="120" w:after="140" w:line="264" w:lineRule="auto"/>
      </w:pPr>
      <w:r>
        <w:rPr>
          <w:rFonts w:cs="Arial"/>
          <w:b/>
          <w:bCs/>
          <w:sz w:val="28"/>
          <w:szCs w:val="28"/>
          <w:rtl/>
        </w:rPr>
        <w:t>سادسا إقرار مقدم الطلب</w:t>
      </w:r>
    </w:p>
    <w:p w14:paraId="70807AE7" w14:textId="5E2A21BD" w:rsidR="00A24963" w:rsidRDefault="00C17B61" w:rsidP="00EC79D6">
      <w:pPr>
        <w:bidi/>
        <w:spacing w:line="360" w:lineRule="auto"/>
      </w:pPr>
      <w:r>
        <w:rPr>
          <w:rFonts w:cs="Arial"/>
          <w:sz w:val="22"/>
          <w:rtl/>
        </w:rPr>
        <w:t xml:space="preserve">أقر بأن البيانات الواردة </w:t>
      </w:r>
      <w:r w:rsidR="009F7613">
        <w:rPr>
          <w:rFonts w:cs="Arial" w:hint="cs"/>
          <w:sz w:val="22"/>
          <w:rtl/>
        </w:rPr>
        <w:t>صحيحة،</w:t>
      </w:r>
      <w:r>
        <w:rPr>
          <w:rFonts w:cs="Arial"/>
          <w:sz w:val="22"/>
          <w:rtl/>
        </w:rPr>
        <w:t xml:space="preserve"> وأنني أقدم الطلب عن نفسي أو بالصفة المبينة</w:t>
      </w:r>
      <w:r w:rsidR="00B63218">
        <w:rPr>
          <w:rFonts w:cs="Arial" w:hint="cs"/>
          <w:sz w:val="22"/>
          <w:rtl/>
        </w:rPr>
        <w:t>،</w:t>
      </w:r>
      <w:r>
        <w:rPr>
          <w:rFonts w:cs="Arial"/>
          <w:sz w:val="22"/>
          <w:rtl/>
        </w:rPr>
        <w:t xml:space="preserve"> وأعلم أن الرأي الاستشاري يستند إلى البيانات المقدمة،</w:t>
      </w:r>
      <w:r w:rsidR="0019243F">
        <w:rPr>
          <w:rFonts w:cs="Arial"/>
          <w:sz w:val="22"/>
          <w:rtl/>
        </w:rPr>
        <w:br/>
      </w:r>
      <w:r>
        <w:rPr>
          <w:rFonts w:cs="Arial"/>
          <w:sz w:val="22"/>
          <w:rtl/>
        </w:rPr>
        <w:t xml:space="preserve"> ولا يُعد موافقة تنفيذية أو ترخيصًا.</w:t>
      </w:r>
    </w:p>
    <w:p w14:paraId="0BF7D287" w14:textId="77777777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الاسم: ................................   التوقيع: ...........................   التاريخ: ...... / ...... / ........</w:t>
      </w:r>
    </w:p>
    <w:p w14:paraId="6CDF31DE" w14:textId="77777777" w:rsidR="00EC79D6" w:rsidRDefault="00EC79D6">
      <w:pPr>
        <w:keepNext/>
        <w:bidi/>
        <w:spacing w:before="120" w:after="140" w:line="264" w:lineRule="auto"/>
        <w:rPr>
          <w:rFonts w:cs="Arial"/>
          <w:b/>
          <w:bCs/>
          <w:sz w:val="28"/>
          <w:szCs w:val="28"/>
          <w:rtl/>
        </w:rPr>
      </w:pPr>
    </w:p>
    <w:p w14:paraId="265439D9" w14:textId="48E534B1" w:rsidR="00EC79D6" w:rsidRDefault="00EC79D6" w:rsidP="00EC79D6">
      <w:pPr>
        <w:keepNext/>
        <w:bidi/>
        <w:spacing w:before="120" w:after="140" w:line="264" w:lineRule="auto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D543A05" w14:textId="07BF36AD" w:rsidR="00A24963" w:rsidRDefault="00EC79D6" w:rsidP="00EC79D6">
      <w:pPr>
        <w:keepNext/>
        <w:bidi/>
        <w:spacing w:before="120" w:after="140" w:line="264" w:lineRule="auto"/>
      </w:pPr>
      <w:r>
        <w:rPr>
          <w:rFonts w:cs="Arial" w:hint="cs"/>
          <w:b/>
          <w:bCs/>
          <w:sz w:val="28"/>
          <w:szCs w:val="28"/>
          <w:rtl/>
        </w:rPr>
        <w:t>استيفاء من خلال إدارة الاستشارات المتخصصة</w:t>
      </w:r>
    </w:p>
    <w:p w14:paraId="63429566" w14:textId="77777777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رقم الطلب: ....................................   تاريخ الاستلام: ...... / ...... / ........</w:t>
      </w:r>
    </w:p>
    <w:p w14:paraId="0C6A641E" w14:textId="2E289EC4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قناة الورود: ☐ مباشر   ☐ إلكتروني   ☐ إحالة داخلية   الجهة المحيلة: ..................</w:t>
      </w:r>
      <w:r w:rsidR="0019243F">
        <w:rPr>
          <w:rFonts w:cs="Arial" w:hint="cs"/>
          <w:szCs w:val="26"/>
          <w:rtl/>
        </w:rPr>
        <w:t>..</w:t>
      </w:r>
      <w:r>
        <w:rPr>
          <w:rFonts w:cs="Arial"/>
          <w:szCs w:val="26"/>
          <w:rtl/>
        </w:rPr>
        <w:t>..</w:t>
      </w:r>
      <w:r w:rsidR="0019243F">
        <w:rPr>
          <w:rFonts w:cs="Arial" w:hint="cs"/>
          <w:szCs w:val="26"/>
          <w:rtl/>
        </w:rPr>
        <w:t>....</w:t>
      </w:r>
      <w:r>
        <w:rPr>
          <w:rFonts w:cs="Arial"/>
          <w:szCs w:val="26"/>
          <w:rtl/>
        </w:rPr>
        <w:t>...........</w:t>
      </w:r>
    </w:p>
    <w:p w14:paraId="688F8240" w14:textId="77777777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نتيجة الفحص: ☐ مكتمل   ☐ يحتاج استكمالًا   ☐ يحال إلى الجهة المختصة</w:t>
      </w:r>
    </w:p>
    <w:p w14:paraId="6484C9A8" w14:textId="5BE0DCF6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البيانات أو المستندات المطلوب استكمالها: ...................................................</w:t>
      </w:r>
      <w:r w:rsidR="0019243F">
        <w:rPr>
          <w:rFonts w:cs="Arial" w:hint="cs"/>
          <w:szCs w:val="26"/>
          <w:rtl/>
        </w:rPr>
        <w:t>.....</w:t>
      </w:r>
      <w:r>
        <w:rPr>
          <w:rFonts w:cs="Arial"/>
          <w:szCs w:val="26"/>
          <w:rtl/>
        </w:rPr>
        <w:t>...</w:t>
      </w:r>
      <w:r w:rsidR="0019243F">
        <w:rPr>
          <w:rFonts w:cs="Arial" w:hint="cs"/>
          <w:szCs w:val="26"/>
          <w:rtl/>
        </w:rPr>
        <w:t>.</w:t>
      </w:r>
      <w:r>
        <w:rPr>
          <w:rFonts w:cs="Arial"/>
          <w:szCs w:val="26"/>
          <w:rtl/>
        </w:rPr>
        <w:t>............</w:t>
      </w:r>
    </w:p>
    <w:p w14:paraId="55392E43" w14:textId="2018361E" w:rsidR="00A24963" w:rsidRDefault="00C17B61">
      <w:pPr>
        <w:bidi/>
        <w:spacing w:line="264" w:lineRule="auto"/>
      </w:pPr>
      <w:r>
        <w:rPr>
          <w:rFonts w:cs="Arial"/>
          <w:szCs w:val="26"/>
          <w:rtl/>
        </w:rPr>
        <w:t>الباحث أو مسؤول المتابعة: ...........................   الخبير أو الجهة المختصة: .............</w:t>
      </w:r>
      <w:r w:rsidR="0019243F">
        <w:rPr>
          <w:rFonts w:cs="Arial" w:hint="cs"/>
          <w:szCs w:val="26"/>
          <w:rtl/>
        </w:rPr>
        <w:t>....</w:t>
      </w:r>
      <w:r>
        <w:rPr>
          <w:rFonts w:cs="Arial"/>
          <w:szCs w:val="26"/>
          <w:rtl/>
        </w:rPr>
        <w:t>...........</w:t>
      </w:r>
    </w:p>
    <w:sectPr w:rsidR="00A24963" w:rsidSect="009F7613">
      <w:headerReference w:type="default" r:id="rId9"/>
      <w:footerReference w:type="default" r:id="rId10"/>
      <w:pgSz w:w="12240" w:h="15840"/>
      <w:pgMar w:top="936" w:right="1080" w:bottom="360" w:left="1080" w:header="36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C9916" w14:textId="77777777" w:rsidR="00E660CE" w:rsidRDefault="00E660CE">
      <w:pPr>
        <w:spacing w:after="0" w:line="240" w:lineRule="auto"/>
      </w:pPr>
      <w:r>
        <w:separator/>
      </w:r>
    </w:p>
  </w:endnote>
  <w:endnote w:type="continuationSeparator" w:id="0">
    <w:p w14:paraId="4CC32BC3" w14:textId="77777777" w:rsidR="00E660CE" w:rsidRDefault="00E6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6B794" w14:textId="77777777" w:rsidR="009F7613" w:rsidRPr="009F7613" w:rsidRDefault="009F7613" w:rsidP="009F7613">
    <w:pPr>
      <w:pStyle w:val="Footer"/>
      <w:ind w:left="-880"/>
      <w:jc w:val="center"/>
      <w:rPr>
        <w:sz w:val="20"/>
        <w:szCs w:val="20"/>
        <w:rtl/>
        <w:lang w:bidi="ar-EG"/>
      </w:rPr>
    </w:pPr>
    <w:bookmarkStart w:id="0" w:name="_Hlk244084587"/>
    <w:bookmarkStart w:id="1" w:name="_Hlk244084588"/>
    <w:r w:rsidRPr="009F7613">
      <w:rPr>
        <w:rFonts w:hint="cs"/>
        <w:sz w:val="20"/>
        <w:szCs w:val="20"/>
        <w:rtl/>
        <w:lang w:bidi="ar-EG"/>
      </w:rPr>
      <w:t xml:space="preserve">للتواصل: الإدارة المركزية مركز تدريب الاستثمار </w:t>
    </w:r>
    <w:r w:rsidRPr="009F7613">
      <w:rPr>
        <w:sz w:val="20"/>
        <w:szCs w:val="20"/>
        <w:rtl/>
        <w:lang w:bidi="ar-EG"/>
      </w:rPr>
      <w:t>–</w:t>
    </w:r>
    <w:r w:rsidRPr="009F7613">
      <w:rPr>
        <w:rFonts w:hint="cs"/>
        <w:sz w:val="20"/>
        <w:szCs w:val="20"/>
        <w:rtl/>
        <w:lang w:bidi="ar-EG"/>
      </w:rPr>
      <w:t xml:space="preserve"> حي السفارات </w:t>
    </w:r>
    <w:r w:rsidRPr="009F7613">
      <w:rPr>
        <w:sz w:val="20"/>
        <w:szCs w:val="20"/>
        <w:rtl/>
        <w:lang w:bidi="ar-EG"/>
      </w:rPr>
      <w:t>–</w:t>
    </w:r>
    <w:r w:rsidRPr="009F7613">
      <w:rPr>
        <w:rFonts w:hint="cs"/>
        <w:sz w:val="20"/>
        <w:szCs w:val="20"/>
        <w:rtl/>
        <w:lang w:bidi="ar-EG"/>
      </w:rPr>
      <w:t xml:space="preserve"> مدينة نصر</w:t>
    </w:r>
  </w:p>
  <w:p w14:paraId="07CD805C" w14:textId="0981B022" w:rsidR="009F7613" w:rsidRPr="009F7613" w:rsidRDefault="009F7613" w:rsidP="009F7613">
    <w:pPr>
      <w:pStyle w:val="Footer"/>
      <w:jc w:val="center"/>
      <w:rPr>
        <w:sz w:val="22"/>
      </w:rPr>
    </w:pPr>
    <w:hyperlink r:id="rId1" w:history="1">
      <w:r w:rsidRPr="00696654">
        <w:rPr>
          <w:rStyle w:val="Hyperlink"/>
          <w:sz w:val="22"/>
        </w:rPr>
        <w:t>Consulting@gafi.gov.eg</w:t>
      </w:r>
    </w:hyperlink>
    <w:r>
      <w:rPr>
        <w:rFonts w:hint="cs"/>
        <w:sz w:val="22"/>
        <w:rtl/>
      </w:rPr>
      <w:t xml:space="preserve">        </w:t>
    </w:r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5D296" w14:textId="77777777" w:rsidR="00E660CE" w:rsidRDefault="00E660CE">
      <w:pPr>
        <w:spacing w:after="0" w:line="240" w:lineRule="auto"/>
      </w:pPr>
      <w:r>
        <w:separator/>
      </w:r>
    </w:p>
  </w:footnote>
  <w:footnote w:type="continuationSeparator" w:id="0">
    <w:p w14:paraId="0B0D8795" w14:textId="77777777" w:rsidR="00E660CE" w:rsidRDefault="00E66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54A4" w14:textId="77777777" w:rsidR="00224391" w:rsidRDefault="00224391" w:rsidP="00224391">
    <w:pPr>
      <w:bidi/>
      <w:spacing w:after="40" w:line="264" w:lineRule="auto"/>
      <w:rPr>
        <w:rtl/>
      </w:rPr>
    </w:pPr>
    <w:r>
      <w:rPr>
        <w:rFonts w:cs="Arial"/>
        <w:b/>
        <w:bCs/>
        <w:sz w:val="28"/>
        <w:szCs w:val="28"/>
        <w:rtl/>
      </w:rPr>
      <w:t>الهيئة العامة للاستثمار والمناطق الحرة</w:t>
    </w:r>
    <w:r>
      <w:rPr>
        <w:rFonts w:hint="cs"/>
        <w:rtl/>
      </w:rPr>
      <w:t xml:space="preserve"> </w:t>
    </w:r>
  </w:p>
  <w:p w14:paraId="3B7DFB02" w14:textId="6D594EE2" w:rsidR="00224391" w:rsidRDefault="00224391" w:rsidP="00224391">
    <w:pPr>
      <w:bidi/>
      <w:spacing w:after="40" w:line="264" w:lineRule="auto"/>
    </w:pPr>
    <w:r>
      <w:rPr>
        <w:rFonts w:cs="Arial" w:hint="cs"/>
        <w:sz w:val="24"/>
        <w:szCs w:val="24"/>
        <w:rtl/>
      </w:rPr>
      <w:t xml:space="preserve">           </w:t>
    </w:r>
    <w:r>
      <w:rPr>
        <w:rFonts w:cs="Arial"/>
        <w:sz w:val="24"/>
        <w:szCs w:val="24"/>
        <w:rtl/>
      </w:rPr>
      <w:t>مركز تدريب الاستثمار</w:t>
    </w:r>
  </w:p>
  <w:p w14:paraId="66BDEA96" w14:textId="16342CD0" w:rsidR="00224391" w:rsidRDefault="00224391" w:rsidP="00224391">
    <w:pPr>
      <w:bidi/>
      <w:spacing w:after="200" w:line="264" w:lineRule="auto"/>
    </w:pPr>
    <w:r>
      <w:rPr>
        <w:rFonts w:cs="Arial" w:hint="cs"/>
        <w:sz w:val="24"/>
        <w:szCs w:val="24"/>
        <w:rtl/>
      </w:rPr>
      <w:t xml:space="preserve"> </w:t>
    </w:r>
    <w:r>
      <w:rPr>
        <w:rFonts w:cs="Arial"/>
        <w:sz w:val="24"/>
        <w:szCs w:val="24"/>
        <w:rtl/>
      </w:rPr>
      <w:t>الإدارة العامة للاستشارات المتخصصة</w:t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BCC591B" wp14:editId="613FF77B">
          <wp:simplePos x="0" y="0"/>
          <wp:positionH relativeFrom="column">
            <wp:posOffset>2766060</wp:posOffset>
          </wp:positionH>
          <wp:positionV relativeFrom="paragraph">
            <wp:posOffset>83820</wp:posOffset>
          </wp:positionV>
          <wp:extent cx="944880" cy="914400"/>
          <wp:effectExtent l="0" t="0" r="7620" b="0"/>
          <wp:wrapTight wrapText="bothSides">
            <wp:wrapPolygon edited="0">
              <wp:start x="0" y="0"/>
              <wp:lineTo x="0" y="21150"/>
              <wp:lineTo x="21339" y="21150"/>
              <wp:lineTo x="21339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817"/>
    <w:rsid w:val="0015074B"/>
    <w:rsid w:val="0019243F"/>
    <w:rsid w:val="00224391"/>
    <w:rsid w:val="0029639D"/>
    <w:rsid w:val="00326F90"/>
    <w:rsid w:val="0034221F"/>
    <w:rsid w:val="003807F7"/>
    <w:rsid w:val="003F41CB"/>
    <w:rsid w:val="005E0394"/>
    <w:rsid w:val="0075798F"/>
    <w:rsid w:val="009360CF"/>
    <w:rsid w:val="009F7613"/>
    <w:rsid w:val="00A126DE"/>
    <w:rsid w:val="00A24963"/>
    <w:rsid w:val="00AA1D8D"/>
    <w:rsid w:val="00B47730"/>
    <w:rsid w:val="00B63218"/>
    <w:rsid w:val="00BF7A7E"/>
    <w:rsid w:val="00C17B61"/>
    <w:rsid w:val="00CB0664"/>
    <w:rsid w:val="00E055F2"/>
    <w:rsid w:val="00E660CE"/>
    <w:rsid w:val="00E7447F"/>
    <w:rsid w:val="00EC79D6"/>
    <w:rsid w:val="00F418BA"/>
    <w:rsid w:val="00FA08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850C92"/>
  <w14:defaultImageDpi w14:val="300"/>
  <w15:docId w15:val="{A22024AB-3782-4991-B967-4B225608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F76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ing@gafi.gov.eg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ulting@gafi.gov.e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41E64606552A743BE869F1CC9DCE6D8" ma:contentTypeVersion="1" ma:contentTypeDescription="إنشاء مستند جديد." ma:contentTypeScope="" ma:versionID="e566363519b6b7441d31fc8aa6b25490">
  <xsd:schema xmlns:xsd="http://www.w3.org/2001/XMLSchema" xmlns:xs="http://www.w3.org/2001/XMLSchema" xmlns:p="http://schemas.microsoft.com/office/2006/metadata/properties" xmlns:ns2="ecc8c698-13f6-4948-94ac-8fe8a3b0b8fb" targetNamespace="http://schemas.microsoft.com/office/2006/metadata/properties" ma:root="true" ma:fieldsID="0afa3c3d87308fdf4b6ecf74f62fcf8b" ns2:_="">
    <xsd:import namespace="ecc8c698-13f6-4948-94ac-8fe8a3b0b8f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8c698-13f6-4948-94ac-8fe8a3b0b8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تمت مشاركته مع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3211D-3ADF-4054-A0BA-12C81BA21D05}"/>
</file>

<file path=customXml/itemProps3.xml><?xml version="1.0" encoding="utf-8"?>
<ds:datastoreItem xmlns:ds="http://schemas.openxmlformats.org/officeDocument/2006/customXml" ds:itemID="{14A238CF-E605-44BC-8DA1-AFBAD308B211}"/>
</file>

<file path=customXml/itemProps4.xml><?xml version="1.0" encoding="utf-8"?>
<ds:datastoreItem xmlns:ds="http://schemas.openxmlformats.org/officeDocument/2006/customXml" ds:itemID="{3CD46F77-9A87-427A-906F-A3D7D21FD8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نموذج طلب استشارة استثمارية</vt:lpstr>
    </vt:vector>
  </TitlesOfParts>
  <Manager/>
  <Company/>
  <LinksUpToDate>false</LinksUpToDate>
  <CharactersWithSpaces>4158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استشارة استثمارية</dc:title>
  <dc:subject/>
  <dc:creator>Salma Saad</dc:creator>
  <cp:keywords/>
  <dc:description/>
  <cp:lastModifiedBy>Mona Ahmed Mohamed Abd Elmaqsoud</cp:lastModifiedBy>
  <cp:revision>2</cp:revision>
  <cp:lastPrinted>2026-10-15T10:34:00Z</cp:lastPrinted>
  <dcterms:created xsi:type="dcterms:W3CDTF">2026-10-28T10:05:00Z</dcterms:created>
  <dcterms:modified xsi:type="dcterms:W3CDTF">2026-10-28T10:05:00Z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0x010100041E64606552A743BE869F1CC9DCE6D8</vt:lpwstr>
  </property>
</Properties>
</file>